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המנעול הדיגיטלי</w:t>
      </w:r>
    </w:p>
    <w:p>
      <w:pPr>
        <w:bidi w:val="1"/>
        <w:spacing w:after="40" w:before="0"/>
      </w:pPr>
      <w:r>
        <w:rPr>
          <w:rFonts w:ascii="Arial" w:hAnsi="Arial" w:cs="Arial"/>
          <w:b w:val="0"/>
          <w:color w:val="5D5675"/>
          <w:sz w:val="23"/>
          <w:rtl w:val="1"/>
          <w:szCs w:val="23"/>
        </w:rPr>
        <w:t>כיתה ח׳ · טקסט מידעי · 382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המנעול הדיגיטלי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איזו סיסמה היא החזקה ביותר לפי הטקסט? ✔ ג. חתול-מטריה-כוכב-ירוק</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לא כדאי לפרסם בפרופיל פומבי? ✔ ב. את הכתובת שלי</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כולן יוצרות לחץ ודחיפות (פרס, חסימה, בקשה פתאומית) כדי שנפעל מהר בלי לחשוב; כשפועלים בלחץ, קל ללחוץ על קישור מזיק או למסור קוד.</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כמו שחגורת בטיחות לא מונעת נסיעה אלא מאפשרת לנסוע בבטחה, כך הרגלי ההגנה לא נועדו להרחיק אותנו מהרשת אלא לאפשר לנו ליהנות ממנה בלי פחד.</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סימן האזהרה של "סוד מההורים"; "מי שנפגע ברשת אינו אשם"; ההרגלים שאפשר ללמוד).</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4: המנעול הדיגיטלי</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אתם מבלים ברשת שעות בכל יום: משחקים, מדברים, צופים ומעלים. האם אתם יודעים איך לשמור על עצמכם שם? הטקסט שלפניכם מסביר את הסכנות העיקריות ואת דרכי ההגנה. קראו, וסמנו לעצמכם את הצעדים שכבר עשיתם.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המנעול הדיגיטלי</w:t>
            </w:r>
          </w:p>
          <w:p>
            <w:pPr>
              <w:bidi w:val="1"/>
            </w:pPr>
            <w:r>
              <w:rPr>
                <w:rFonts w:ascii="Arial" w:hAnsi="Arial" w:cs="Arial"/>
                <w:b/>
                <w:color w:val="5D5675"/>
                <w:sz w:val="26"/>
                <w:rtl w:val="1"/>
                <w:szCs w:val="26"/>
                <w:bCs/>
              </w:rPr>
              <w:t>לא נועלים את הבית בגלל פחד, אלא כי זה הגיוני. כך גם ברשת: כמה צעדים פשוטים יכולים לשמור על החשבונות, על התמונות ועל השקט שלכם.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ברשת, כמו ברחוב, רוב האנשים הגונים. אבל כמו ברחוב, יש גם מי שמנסים לנצל אחרים: לגנוב חשבון, להשיג תמונות או מידע אישי, או לשכנע מישהו לעשות דבר שהוא לא רוצה. בני נוער הם יעד נפוץ, כי הם מבלים ברשת זמן רב ולעיתים סומכים על אנשים מהר. הגנה עצמית ברשת אינה דורשת ידע טכני מיוחד – רק כמה הרגלים.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ההרגל הראשון הוא סיסמה חזקה. סיסמה טובה היא ארוכה, ואינה כוללת את שם המשפחה, תאריך הלידה או "123456". דרך פשוטה ליצור סיסמה כזאת היא לחבר כמה מילים שאין ביניהן קשר, למשל "חתול-מטריה-כוכב-ירוק". חשוב לא להשתמש באותה סיסמה בכל מקום, ולהפעיל "אימות דו־שלבי" – קוד נוסף שנשלח לטלפון בכל כניסה ממכשיר חדש.</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ההרגל השני הוא שמירה על מידע אישי. כתובת, שם בית הספר, מיקום בזמן אמת ומספר טלפון – כל אלה לא צריכים להופיע בפרופיל פומבי. גם תמונה תמימה יכולה לחשוף הרבה: סמל בית הספר על החולצה, שלט הרחוב מאחור. מומלץ לבדוק את הגדרות הפרטיות ולקבוע שרק חברים שאתם מכירים יוכלו לראות את מה שאתם מעלים.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ההרגל השלישי הוא ערנות להודעות חשודות. "זכית בפרס! לחץ כאן", "החשבון שלך ייחסם אם לא תאשר עכשיו", או הודעה מחבר שמבקש פתאום קוד שקיבלתם בטלפון – כל אלה סימני אזהרה. המטרה שלהם היא ליצור לחץ, כדי שתפעלו מהר בלי לחשוב. הכלל הוא: לעצור, לבדוק, ורק אחר כך – אם בכלל – ללחוץ.</w:t>
            </w:r>
          </w:p>
          <w:p>
            <w:pPr>
              <w:bidi w:val="1"/>
            </w:pPr>
            <w:r>
              <w:rPr>
                <w:rFonts w:ascii="Arial" w:hAnsi="Arial" w:cs="Arial"/>
                <w:b/>
                <w:color w:val="7A5BD6"/>
                <w:sz w:val="26"/>
                <w:rtl w:val="1"/>
                <w:szCs w:val="26"/>
                <w:bCs/>
              </w:rPr>
              <w:t xml:space="preserve">ז.  </w:t>
            </w:r>
            <w:r>
              <w:rPr>
                <w:rFonts w:ascii="Arial" w:hAnsi="Arial" w:cs="Arial"/>
                <w:b w:val="0"/>
                <w:sz w:val="26"/>
                <w:rtl w:val="1"/>
                <w:szCs w:val="26"/>
              </w:rPr>
              <w:t>ההרגלים האלה לא נועדו להפחיד, אלא להשאיר את הרשת מקום טוב. בדיוק כמו שחגורת בטיחות לא מונעת מאיתנו לנסוע, אלא מאפשרת לנסוע בשקט. אז היום, לפני שאתם סוגרים את הטלפון, נסו לבצע צעד אחד מהרשימה. מחר – עוד אחד.</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לנצל     אימות דו־שלבי     פומבי     חשודות     מתחזים     לחסום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איזו סיסמה היא החזקה ביותר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123456</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שם המשפחה שלי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חתול-מטריה-כוכב-ירוק</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לא כדאי לפרסם בפרופיל פומבי?</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את הצבע האהוב עליי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את הכתובת שלי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את שם הספר שקראתי</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המשותף להודעות החשודות שמוצגות בפסקה ד, ומדוע זה מסוכן?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המשותף להודעות הוא ש…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ההשוואה בין הרגלי הגנה ברשת לבין "חגורת בטיחות". מה הכותב רוצה שנבין?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כמו שחגורת בטיחות… כך ההרגלים ברשת… 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שהורים צריכים לראות את כל ההודעות והחשבונות של ילדיהם עד גיל 16, כדי להגן עליהם. אחרים טוענים שזו פגיעה בפרטיות ובאמון, ושעדיף ללמד את הילדים לשמור על עצמם ולפנות להורים כשצריך.</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4 · המנעול הדיגיטלי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4 · המנעול הדיגיטלי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